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תמונה –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בנויה חידת תמונה (ציור, אות, מספר בגימטריה)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ערכי האותיות בגימטריה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הנושאים ורמות הקושי של החידות בדף ולהמציא חידה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ציור, אות ומספר בגימטריה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כמה אותיות יש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להמציא חידת תמונה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רמה קלה, בינונית וקשה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לדוגמה 2+4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רמז וכפתור פתרון 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הנושא צמחים מופיע כמה פעמים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גימטריה של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(חידות הקשורות להצבעה ולכנסת)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(חידות על ערים ואתרים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(חידות על פרחים וצמחי 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(חידות על אמנים וסופרים)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(חידות על מועדים וחגים יהודיים)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(חידות על כללי השפה העברית)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הציור, מוסיפים את האות ומחליפים את המספר באות לפי הגימטריה, ומחברים הכול למילה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יצירת חידה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שיש ציור ברור, אות מתאימה, מספר נכון לפי גימטריה, והפתרון תואם למספר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התואמת לאחד הנושאים בדף, למשל פרח בנושא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ציור, אות ומספר בגימטריה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רמות: קל, בינוני,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התואמת לנושא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חידה אחת בכל פעם ולתת לכיתה לנחש בזוגות לפני לחיצה על רמז או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את ערכי הגימטריה הבסיסיים לפני פתרון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אפשר לבקש מכל זוג להמציא חידת תמונה אחת ולהציג אותה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תמונה – שבוע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יש הרבה חידות תמונה. בכל חידה יש ציור, אות ומספר. צריך לחבר אותם ולמצוא מילה.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חידת תמונה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שבה ציור, אות ומספר יחד נותנים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שבה לכל אות עברית יש ערך מספרי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לפני פתרון החידה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הנכונה לחידה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קושי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קשה החידה - קל, בינוני או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הקטגוריה של החידה, למשל צמחים או 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ריבועים שמראים כמה אותיות יש במילה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בכל חידת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ציור, אות ומספר בגימטריה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ציור ומילה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וצבע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רמות קושי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משמשות המשבצות?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צבע הציור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אותיות יש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רמת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נושאים יש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נושא שייכת חידה 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אפשר לבקש מהתלמידים?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לצייר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להמציא חידת תמונה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יש 31 חידות תמונה בסך הכול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החידות בדף נמצאות באותה רמת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בחידה עם שתי מילים, המשבצות מראות כמה אותיות יש בכל מילה בנפרד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ללחוץ על כפתור רמז לפני הצגת הפתרון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צמחים מופיע בדף רק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גימטריה של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הערך הגימטרי של האות א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הערך הגימטרי של האות 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הערך הגימטרי של האות 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הערך הגימטרי של האות מ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הערך הגימטרי של האות 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🗳️ בחירות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חידות על מועדים וחגים יהודיים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📍 מקומות בארץ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חידות על כללי השפה העברית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🌸 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חידות על אמנים וסופרים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🎨 יוצרים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חידות על פרחים וצמחי 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🕯️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חידות הקשורות להצבעה ולכנסת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📝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חידות על ערים ואתרים בישראל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פותרים חידת תמונה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יצירת חידה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חידת תמונה משלכם: תארו ציור, הוסיפו אות נוספת ומספר שמייצג אות בגימטריה, וכתבו מהי המילה הפתרון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נושא אחד מהדף וכתבו מילה אחת שיכולה להתאים לחידת תמונה בנושא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שמרכיבים חידת תמונה?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רמות קושי יש לחידות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נושא אחד מהדף ומילה אחת שמתאימה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תמונה – שבוע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