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🖼️ משחקי מילים בתמונות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חידות תמונה – שבוע השפה העברית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בנויה חידת תמונה (ציור, אות, מספר בגימטריה)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ערכי האותיות בגימטריה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הנושאים ורמות הקושי של החידות בדף ולהמציא חידה משלהם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ציור, אות ומספר בגימטריה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כמה אותיות יש במילה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בכותרת הדף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 רמה קלה, בינונית וקשה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לדוגמה 2+4 אותיות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גימטריה של אותיות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נושאים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(חידות הקשורות להצבעה ולכנסת)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(חידות על ערים ואתרים בישראל)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(חידות על פרחים וצמחי 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(חידות על אמנים וסופרים)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מסתכלים על הציור, מוסיפים את האות ומחליפים את המספר באות לפי הגימטריה, ומחברים הכול למילה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יצירת חידה משלכם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ציור, אות ומספר בגימטריה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שלוש רמות: קל, בינוני, קשה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הגיונית התואמת לנושא מהדף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חידה אחת בכל פעם ולתת לכיתה לנחש בזוגות לפני לחיצה על רמז או פתרון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קודם את ערכי הגימטריה הבסיסיים לפני פתרון החידות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בסיום אפשר לבקש מכל זוג להמציא חידת תמונה אחת ולהציג אותה לכיתה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🖼️ משחקי מילים בתמונות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חידות תמונה – שבוע השפה העברית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יש 31 חידות תמונה בשבעה נושאים ובשלוש רמות קושי. בכל חידה מחברים ציור, אות ומספר (שמייצג אות לפי גימטריה) כדי לגלות מילה.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5  ·  1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ממה מורכבת חידת תמונה אחת?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ציור, אות ומספר בגימטריה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רק ציור ומילה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שלוש מילים נרדפות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רמות קושי שונות יש לחידות בדף?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מראות המשבצות שמתחת לכל חידה?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את צבע הציור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כמה אותיות יש במילה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את רמת הקושי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בדף יש 31 חידות תמונה בסך הכול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החידות בדף נמצאות באותה רמת קושי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בחידה עם שתי מילים, המשבצות מראות כמה אותיות יש בכל מילה בנפרד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גימטריה של אותיות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הערך הגימטרי של האות א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הערך הגימטרי של האות ה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נושאים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🗳️ בחירות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חידות על פרחים וצמחי 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📍 מקומות בארץ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חידות הקשורות להצבעה ולכנסת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🌸 צמחים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חידות על אמנים וסופרים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🎨 יוצרים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חידות על ערים ואתרים בישראל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איך פותרים חידת תמונה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יצירת חידה משלכם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שלושת החלקים שמרכיבים חידת תמונה?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כמה רמות קושי יש לחידות בדף?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חידות תמונה – שבוע השפה העברית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